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FC" w:rsidRDefault="003367A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196328" cy="107944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detailed_busy_infographic_brochure_poster_for_a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6328" cy="1079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FC" w:rsidSect="00034616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7A8"/>
    <w:rsid w:val="004621FC"/>
    <w:rsid w:val="00AA1D8D"/>
    <w:rsid w:val="00B47730"/>
    <w:rsid w:val="00CB0664"/>
    <w:rsid w:val="00D61C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07CBCB3-403A-4195-9793-E8530630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367A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7A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1B08EB-96AA-49F7-AE27-154433D5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2026-10-06T09:41:00Z</dcterms:created>
  <dcterms:modified xsi:type="dcterms:W3CDTF">2026-10-06T09:41:00Z</dcterms:modified>
  <cp:category/>
</cp:coreProperties>
</file>